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5DEF" w14:textId="77777777" w:rsidR="008D20DA" w:rsidRDefault="003E0BDC">
      <w:pPr>
        <w:jc w:val="center"/>
      </w:pPr>
      <w:r>
        <w:rPr>
          <w:b/>
          <w:sz w:val="36"/>
        </w:rPr>
        <w:t>Young Professionals Conference</w:t>
      </w:r>
      <w:r>
        <w:rPr>
          <w:b/>
          <w:sz w:val="36"/>
        </w:rPr>
        <w:br/>
        <w:t>Tentative Agenda</w:t>
      </w:r>
    </w:p>
    <w:p w14:paraId="408615C6" w14:textId="77777777" w:rsidR="008D20DA" w:rsidRDefault="003E0BDC">
      <w:r>
        <w:t>Theme: Building Skills, Leadership, and Professional Excellence in Procurement</w:t>
      </w:r>
    </w:p>
    <w:p w14:paraId="2526A93E" w14:textId="77777777" w:rsidR="008D20DA" w:rsidRDefault="6B6628AF">
      <w:r w:rsidRPr="6B6628AF">
        <w:rPr>
          <w:b/>
          <w:bCs/>
        </w:rPr>
        <w:t>8:30 AM – 9:00 AM</w:t>
      </w:r>
      <w:r w:rsidR="003E0BDC">
        <w:br/>
      </w:r>
      <w:r>
        <w:t>Registration &amp; Networking Breakfast</w:t>
      </w:r>
    </w:p>
    <w:p w14:paraId="7C8A0A7C" w14:textId="77777777" w:rsidR="008D20DA" w:rsidRDefault="6B6628AF">
      <w:r w:rsidRPr="6B6628AF">
        <w:rPr>
          <w:b/>
          <w:bCs/>
        </w:rPr>
        <w:t>9:00 AM – 10:00 AM</w:t>
      </w:r>
      <w:r w:rsidR="003E0BDC">
        <w:br/>
      </w:r>
      <w:r>
        <w:t>Customer Service Excellence – Stacy Adams</w:t>
      </w:r>
    </w:p>
    <w:p w14:paraId="4225F4EE" w14:textId="77777777" w:rsidR="008D20DA" w:rsidRDefault="003E0BDC">
      <w:r>
        <w:rPr>
          <w:b/>
        </w:rPr>
        <w:t>10:00 AM – 10:15 AM</w:t>
      </w:r>
      <w:r>
        <w:rPr>
          <w:b/>
        </w:rPr>
        <w:br/>
      </w:r>
      <w:r>
        <w:t>Break</w:t>
      </w:r>
    </w:p>
    <w:p w14:paraId="777D8A1A" w14:textId="77777777" w:rsidR="008D20DA" w:rsidRDefault="6B6628AF">
      <w:r w:rsidRPr="6B6628AF">
        <w:rPr>
          <w:b/>
          <w:bCs/>
        </w:rPr>
        <w:t>10:15 AM – 11:15 AM</w:t>
      </w:r>
      <w:r w:rsidR="003E0BDC">
        <w:br/>
      </w:r>
      <w:r>
        <w:t>SCAGPO Membership – Steve Pullie</w:t>
      </w:r>
    </w:p>
    <w:p w14:paraId="52C8D552" w14:textId="77777777" w:rsidR="008D20DA" w:rsidRDefault="003E0BDC">
      <w:r>
        <w:rPr>
          <w:b/>
        </w:rPr>
        <w:t>11:15 AM – 11:30 AM</w:t>
      </w:r>
      <w:r>
        <w:rPr>
          <w:b/>
        </w:rPr>
        <w:br/>
      </w:r>
      <w:r>
        <w:t>Break</w:t>
      </w:r>
    </w:p>
    <w:p w14:paraId="773E2D27" w14:textId="77777777" w:rsidR="008D20DA" w:rsidRDefault="6B6628AF">
      <w:r w:rsidRPr="6B6628AF">
        <w:rPr>
          <w:b/>
          <w:bCs/>
        </w:rPr>
        <w:t>11:30 AM – 12:30 PM</w:t>
      </w:r>
      <w:r w:rsidR="003E0BDC">
        <w:br/>
      </w:r>
      <w:r>
        <w:t xml:space="preserve">How to Become a </w:t>
      </w:r>
      <w:proofErr w:type="gramStart"/>
      <w:r>
        <w:t>Director</w:t>
      </w:r>
      <w:proofErr w:type="gramEnd"/>
      <w:r>
        <w:t xml:space="preserve"> – Al Morant</w:t>
      </w:r>
    </w:p>
    <w:p w14:paraId="52C72E00" w14:textId="77777777" w:rsidR="008D20DA" w:rsidRDefault="003E0BDC">
      <w:r>
        <w:rPr>
          <w:b/>
        </w:rPr>
        <w:t>12:30 PM – 1:00 PM</w:t>
      </w:r>
      <w:r>
        <w:rPr>
          <w:b/>
        </w:rPr>
        <w:br/>
      </w:r>
      <w:r>
        <w:t>Lunch &amp; Networking</w:t>
      </w:r>
    </w:p>
    <w:p w14:paraId="6C7B7547" w14:textId="77777777" w:rsidR="008D20DA" w:rsidRDefault="6B6628AF">
      <w:r w:rsidRPr="6B6628AF">
        <w:rPr>
          <w:b/>
          <w:bCs/>
        </w:rPr>
        <w:t>1:00 PM – 2:00 PM</w:t>
      </w:r>
      <w:r w:rsidR="003E0BDC">
        <w:br/>
      </w:r>
      <w:r>
        <w:t>Ethics in Public Procurement – Michael Speakmon</w:t>
      </w:r>
    </w:p>
    <w:p w14:paraId="12D23150" w14:textId="77777777" w:rsidR="008D20DA" w:rsidRDefault="003E0BDC">
      <w:r>
        <w:rPr>
          <w:b/>
        </w:rPr>
        <w:t>2:00 PM – 2:15 PM</w:t>
      </w:r>
      <w:r>
        <w:rPr>
          <w:b/>
        </w:rPr>
        <w:br/>
      </w:r>
      <w:r>
        <w:t>Break</w:t>
      </w:r>
    </w:p>
    <w:p w14:paraId="7E015E5E" w14:textId="77777777" w:rsidR="008D20DA" w:rsidRDefault="6B6628AF">
      <w:r w:rsidRPr="6B6628AF">
        <w:rPr>
          <w:b/>
          <w:bCs/>
        </w:rPr>
        <w:t>2:15 PM – 3:15 PM</w:t>
      </w:r>
      <w:r w:rsidR="003E0BDC">
        <w:br/>
      </w:r>
      <w:r>
        <w:t>Professional Certifications – LaTasha Terry</w:t>
      </w:r>
    </w:p>
    <w:p w14:paraId="40F48623" w14:textId="77777777" w:rsidR="008D20DA" w:rsidRDefault="003E0BDC">
      <w:r>
        <w:rPr>
          <w:b/>
        </w:rPr>
        <w:t>3:15 PM – 3:30 PM</w:t>
      </w:r>
      <w:r>
        <w:rPr>
          <w:b/>
        </w:rPr>
        <w:br/>
      </w:r>
      <w:r>
        <w:t>Closing Remarks &amp; Wrap-Up</w:t>
      </w:r>
    </w:p>
    <w:sectPr w:rsidR="008D20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531436">
    <w:abstractNumId w:val="8"/>
  </w:num>
  <w:num w:numId="2" w16cid:durableId="490145364">
    <w:abstractNumId w:val="6"/>
  </w:num>
  <w:num w:numId="3" w16cid:durableId="1994019124">
    <w:abstractNumId w:val="5"/>
  </w:num>
  <w:num w:numId="4" w16cid:durableId="1852646325">
    <w:abstractNumId w:val="4"/>
  </w:num>
  <w:num w:numId="5" w16cid:durableId="183137278">
    <w:abstractNumId w:val="7"/>
  </w:num>
  <w:num w:numId="6" w16cid:durableId="1837458427">
    <w:abstractNumId w:val="3"/>
  </w:num>
  <w:num w:numId="7" w16cid:durableId="1405445741">
    <w:abstractNumId w:val="2"/>
  </w:num>
  <w:num w:numId="8" w16cid:durableId="1457918002">
    <w:abstractNumId w:val="1"/>
  </w:num>
  <w:num w:numId="9" w16cid:durableId="24742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0BDC"/>
    <w:rsid w:val="008D20DA"/>
    <w:rsid w:val="00AA1D8D"/>
    <w:rsid w:val="00B12532"/>
    <w:rsid w:val="00B47730"/>
    <w:rsid w:val="00BA33F4"/>
    <w:rsid w:val="00CB0664"/>
    <w:rsid w:val="00FC693F"/>
    <w:rsid w:val="6B66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78D15F2-8228-4668-AA0B-FC4AF703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Latasha A. Terry</dc:creator>
  <cp:keywords/>
  <dc:description>generated by python-docx</dc:description>
  <cp:lastModifiedBy>Latasha A. Terry</cp:lastModifiedBy>
  <cp:revision>2</cp:revision>
  <dcterms:created xsi:type="dcterms:W3CDTF">2026-07-14T13:11:00Z</dcterms:created>
  <dcterms:modified xsi:type="dcterms:W3CDTF">2026-07-14T13:11:00Z</dcterms:modified>
  <cp:category/>
</cp:coreProperties>
</file>